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7710"/>
      </w:tblGrid>
      <w:tr w:rsidR="00753894" w:rsidRPr="00A87D31" w14:paraId="4FB86250" w14:textId="77777777">
        <w:trPr>
          <w:jc w:val="center"/>
        </w:trPr>
        <w:tc>
          <w:tcPr>
            <w:tcW w:w="3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 w14:paraId="55F203EF" w14:textId="77777777" w:rsidR="00753894" w:rsidRDefault="00000000">
            <w:pPr>
              <w:spacing w:after="40" w:line="240" w:lineRule="auto"/>
              <w:jc w:val="center"/>
            </w:pPr>
            <w:r>
              <w:rPr>
                <w:color w:val="A0A0A0"/>
              </w:rPr>
              <w:t>Timbre</w:t>
            </w:r>
          </w:p>
          <w:p w14:paraId="408DB8E6" w14:textId="77777777" w:rsidR="00753894" w:rsidRDefault="00000000">
            <w:pPr>
              <w:spacing w:after="40" w:line="240" w:lineRule="auto"/>
              <w:jc w:val="center"/>
            </w:pPr>
            <w:r>
              <w:rPr>
                <w:color w:val="A0A0A0"/>
              </w:rPr>
              <w:t>de</w:t>
            </w:r>
          </w:p>
          <w:p w14:paraId="17FB1790" w14:textId="77777777" w:rsidR="00753894" w:rsidRDefault="00000000">
            <w:pPr>
              <w:jc w:val="center"/>
            </w:pPr>
            <w:r>
              <w:rPr>
                <w:color w:val="A0A0A0"/>
              </w:rPr>
              <w:t>l’école</w:t>
            </w:r>
          </w:p>
        </w:tc>
        <w:tc>
          <w:tcPr>
            <w:tcW w:w="7710" w:type="dxa"/>
            <w:tcMar>
              <w:top w:w="20" w:type="dxa"/>
              <w:left w:w="100" w:type="dxa"/>
              <w:bottom w:w="30" w:type="dxa"/>
              <w:right w:w="20" w:type="dxa"/>
            </w:tcMar>
            <w:vAlign w:val="center"/>
          </w:tcPr>
          <w:p w14:paraId="16C3B825" w14:textId="77777777" w:rsidR="00753894" w:rsidRPr="00A87D31" w:rsidRDefault="00000000">
            <w:pPr>
              <w:spacing w:after="80" w:line="240" w:lineRule="auto"/>
              <w:jc w:val="center"/>
              <w:rPr>
                <w:lang w:val="fr-FR"/>
              </w:rPr>
            </w:pPr>
            <w:r w:rsidRPr="00A87D31">
              <w:rPr>
                <w:b/>
                <w:sz w:val="34"/>
                <w:lang w:val="fr-FR"/>
              </w:rPr>
              <w:t>REGISTRE SANTÉ SÉCURITÉ AU TRAVAIL</w:t>
            </w:r>
          </w:p>
          <w:p w14:paraId="6D7C2C32" w14:textId="77777777" w:rsidR="00753894" w:rsidRPr="00A87D31" w:rsidRDefault="00000000">
            <w:pPr>
              <w:spacing w:line="240" w:lineRule="auto"/>
              <w:jc w:val="center"/>
              <w:rPr>
                <w:lang w:val="fr-FR"/>
              </w:rPr>
            </w:pPr>
            <w:r w:rsidRPr="00A87D31">
              <w:rPr>
                <w:color w:val="323232"/>
                <w:lang w:val="fr-FR"/>
              </w:rPr>
              <w:t>FICHE DE SIGNALEMENT – ÉCOLE / PREMIER DEGRÉ</w:t>
            </w:r>
          </w:p>
        </w:tc>
      </w:tr>
    </w:tbl>
    <w:p w14:paraId="6FA0837B" w14:textId="77777777" w:rsidR="00753894" w:rsidRPr="00A87D31" w:rsidRDefault="00000000">
      <w:pPr>
        <w:spacing w:before="160" w:after="160" w:line="240" w:lineRule="auto"/>
        <w:jc w:val="right"/>
        <w:rPr>
          <w:lang w:val="fr-FR"/>
        </w:rPr>
      </w:pPr>
      <w:r w:rsidRPr="00A87D31">
        <w:rPr>
          <w:b/>
          <w:sz w:val="22"/>
          <w:lang w:val="fr-FR"/>
        </w:rPr>
        <w:t xml:space="preserve">Fiche de signalement n° </w:t>
      </w:r>
      <w:r w:rsidRPr="00A87D31">
        <w:rPr>
          <w:sz w:val="22"/>
          <w:lang w:val="fr-FR"/>
        </w:rPr>
        <w:t xml:space="preserve">________   </w:t>
      </w:r>
      <w:r w:rsidRPr="00A87D31">
        <w:rPr>
          <w:sz w:val="16"/>
          <w:lang w:val="fr-FR"/>
        </w:rPr>
        <w:t>(Numérotation par l’assistant de prévention ou le service réceptionnaire)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753894" w14:paraId="03C01109" w14:textId="77777777">
        <w:tc>
          <w:tcPr>
            <w:tcW w:w="3855" w:type="dxa"/>
            <w:tcMar>
              <w:top w:w="50" w:type="dxa"/>
              <w:left w:w="15" w:type="dxa"/>
              <w:bottom w:w="55" w:type="dxa"/>
              <w:right w:w="15" w:type="dxa"/>
            </w:tcMar>
          </w:tcPr>
          <w:p w14:paraId="7BE0FF84" w14:textId="77777777" w:rsidR="00753894" w:rsidRDefault="00000000">
            <w:pPr>
              <w:spacing w:line="240" w:lineRule="auto"/>
            </w:pPr>
            <w:r>
              <w:rPr>
                <w:b/>
                <w:sz w:val="20"/>
              </w:rPr>
              <w:t xml:space="preserve">NOM : </w:t>
            </w:r>
            <w:r>
              <w:rPr>
                <w:sz w:val="19"/>
              </w:rPr>
              <w:t>____________________________</w:t>
            </w:r>
          </w:p>
        </w:tc>
        <w:tc>
          <w:tcPr>
            <w:tcW w:w="3855" w:type="dxa"/>
            <w:tcMar>
              <w:top w:w="50" w:type="dxa"/>
              <w:left w:w="15" w:type="dxa"/>
              <w:bottom w:w="55" w:type="dxa"/>
              <w:right w:w="15" w:type="dxa"/>
            </w:tcMar>
          </w:tcPr>
          <w:p w14:paraId="01B75249" w14:textId="77777777" w:rsidR="00753894" w:rsidRDefault="00000000">
            <w:pPr>
              <w:spacing w:line="240" w:lineRule="auto"/>
            </w:pPr>
            <w:r>
              <w:rPr>
                <w:b/>
                <w:sz w:val="20"/>
              </w:rPr>
              <w:t xml:space="preserve">Prénom : </w:t>
            </w:r>
            <w:r>
              <w:rPr>
                <w:sz w:val="19"/>
              </w:rPr>
              <w:t>________________________</w:t>
            </w:r>
          </w:p>
        </w:tc>
        <w:tc>
          <w:tcPr>
            <w:tcW w:w="3855" w:type="dxa"/>
            <w:tcMar>
              <w:top w:w="50" w:type="dxa"/>
              <w:left w:w="15" w:type="dxa"/>
              <w:bottom w:w="55" w:type="dxa"/>
              <w:right w:w="15" w:type="dxa"/>
            </w:tcMar>
          </w:tcPr>
          <w:p w14:paraId="70DC5A36" w14:textId="77777777" w:rsidR="00753894" w:rsidRDefault="00000000">
            <w:pPr>
              <w:spacing w:line="240" w:lineRule="auto"/>
            </w:pPr>
            <w:r>
              <w:rPr>
                <w:b/>
                <w:sz w:val="20"/>
              </w:rPr>
              <w:t xml:space="preserve">Date : </w:t>
            </w:r>
            <w:r>
              <w:rPr>
                <w:sz w:val="19"/>
              </w:rPr>
              <w:t>___________________</w:t>
            </w:r>
          </w:p>
        </w:tc>
        <w:tc>
          <w:tcPr>
            <w:tcW w:w="3855" w:type="dxa"/>
            <w:tcMar>
              <w:top w:w="50" w:type="dxa"/>
              <w:left w:w="15" w:type="dxa"/>
              <w:bottom w:w="55" w:type="dxa"/>
              <w:right w:w="15" w:type="dxa"/>
            </w:tcMar>
          </w:tcPr>
          <w:p w14:paraId="507DC374" w14:textId="77777777" w:rsidR="00753894" w:rsidRDefault="00000000">
            <w:pPr>
              <w:spacing w:line="240" w:lineRule="auto"/>
            </w:pPr>
            <w:r>
              <w:rPr>
                <w:b/>
                <w:sz w:val="20"/>
              </w:rPr>
              <w:t xml:space="preserve">Heure : </w:t>
            </w:r>
            <w:r>
              <w:rPr>
                <w:sz w:val="19"/>
              </w:rPr>
              <w:t>_____________</w:t>
            </w:r>
          </w:p>
        </w:tc>
      </w:tr>
    </w:tbl>
    <w:p w14:paraId="7A5A3C37" w14:textId="77777777" w:rsidR="00753894" w:rsidRDefault="00753894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0"/>
        <w:gridCol w:w="389"/>
        <w:gridCol w:w="9891"/>
      </w:tblGrid>
      <w:tr w:rsidR="00753894" w14:paraId="7CC24EB8" w14:textId="77777777" w:rsidTr="00A87D31">
        <w:trPr>
          <w:jc w:val="center"/>
        </w:trPr>
        <w:tc>
          <w:tcPr>
            <w:tcW w:w="5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01CA" w14:textId="77777777" w:rsidR="00753894" w:rsidRPr="00A87D31" w:rsidRDefault="00753894">
            <w:pPr>
              <w:rPr>
                <w:lang w:val="fr-FR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70"/>
              <w:gridCol w:w="2570"/>
            </w:tblGrid>
            <w:tr w:rsidR="00753894" w:rsidRPr="00A87D31" w14:paraId="199E5993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0AE28D4F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b/>
                      <w:sz w:val="19"/>
                      <w:lang w:val="fr-FR"/>
                    </w:rPr>
                    <w:t>Statut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3053CAF8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b/>
                      <w:sz w:val="19"/>
                      <w:lang w:val="fr-FR"/>
                    </w:rPr>
                    <w:t>Cocher</w:t>
                  </w:r>
                </w:p>
              </w:tc>
            </w:tr>
            <w:tr w:rsidR="00753894" w:rsidRPr="00A87D31" w14:paraId="2DB53FD0" w14:textId="77777777">
              <w:trPr>
                <w:trHeight w:val="544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6ADF08D5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Personnel de l’Éducation nationale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0962C892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sz w:val="22"/>
                      <w:lang w:val="fr-FR"/>
                    </w:rPr>
                    <w:t>☐</w:t>
                  </w:r>
                </w:p>
              </w:tc>
            </w:tr>
            <w:tr w:rsidR="00753894" w:rsidRPr="00A87D31" w14:paraId="73E85319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1D5DDFF0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Élève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3564B7B4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sz w:val="22"/>
                      <w:lang w:val="fr-FR"/>
                    </w:rPr>
                    <w:t>☐</w:t>
                  </w:r>
                </w:p>
              </w:tc>
            </w:tr>
            <w:tr w:rsidR="00753894" w:rsidRPr="00A87D31" w14:paraId="2BD917CE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32C8D6B3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Parent d’élève(s)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5DE16B2A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sz w:val="22"/>
                      <w:lang w:val="fr-FR"/>
                    </w:rPr>
                    <w:t>☐</w:t>
                  </w:r>
                </w:p>
              </w:tc>
            </w:tr>
            <w:tr w:rsidR="00753894" w:rsidRPr="00A87D31" w14:paraId="2C9F3D6B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427302BE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Agent de la collectivité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513D02BF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sz w:val="22"/>
                      <w:lang w:val="fr-FR"/>
                    </w:rPr>
                    <w:t>☐</w:t>
                  </w:r>
                </w:p>
              </w:tc>
            </w:tr>
            <w:tr w:rsidR="00753894" w:rsidRPr="00A87D31" w14:paraId="46A72762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7403F827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Fournisseur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5753D88B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sz w:val="22"/>
                      <w:lang w:val="fr-FR"/>
                    </w:rPr>
                    <w:t>☐</w:t>
                  </w:r>
                </w:p>
              </w:tc>
            </w:tr>
            <w:tr w:rsidR="00753894" w:rsidRPr="00A87D31" w14:paraId="1C728E1F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159EC11B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Autre (à préciser) :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0662EEDF" w14:textId="77777777" w:rsidR="00753894" w:rsidRPr="00A87D31" w:rsidRDefault="00000000">
                  <w:pPr>
                    <w:spacing w:line="240" w:lineRule="auto"/>
                    <w:jc w:val="center"/>
                    <w:rPr>
                      <w:lang w:val="fr-FR"/>
                    </w:rPr>
                  </w:pPr>
                  <w:r w:rsidRPr="00A87D31">
                    <w:rPr>
                      <w:sz w:val="22"/>
                      <w:lang w:val="fr-FR"/>
                    </w:rPr>
                    <w:t>☐</w:t>
                  </w:r>
                </w:p>
              </w:tc>
            </w:tr>
            <w:tr w:rsidR="00753894" w:rsidRPr="00A87D31" w14:paraId="0F1C28CF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71C2FC12" w14:textId="77777777" w:rsidR="00753894" w:rsidRPr="00A87D31" w:rsidRDefault="00000000">
                  <w:pPr>
                    <w:spacing w:line="240" w:lineRule="auto"/>
                    <w:rPr>
                      <w:lang w:val="fr-FR"/>
                    </w:rPr>
                  </w:pPr>
                  <w:r w:rsidRPr="00A87D31">
                    <w:rPr>
                      <w:sz w:val="20"/>
                      <w:lang w:val="fr-FR"/>
                    </w:rPr>
                    <w:t>________________________</w:t>
                  </w: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604D434F" w14:textId="77777777" w:rsidR="00753894" w:rsidRPr="00A87D31" w:rsidRDefault="00753894">
                  <w:pPr>
                    <w:spacing w:line="240" w:lineRule="auto"/>
                    <w:rPr>
                      <w:lang w:val="fr-FR"/>
                    </w:rPr>
                  </w:pPr>
                </w:p>
              </w:tc>
            </w:tr>
            <w:tr w:rsidR="00753894" w:rsidRPr="00A87D31" w14:paraId="6EB64B52" w14:textId="77777777">
              <w:trPr>
                <w:trHeight w:val="431"/>
              </w:trPr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46565162" w14:textId="77777777" w:rsidR="00753894" w:rsidRPr="00A87D31" w:rsidRDefault="00753894">
                  <w:pPr>
                    <w:spacing w:line="240" w:lineRule="auto"/>
                    <w:rPr>
                      <w:lang w:val="fr-FR"/>
                    </w:rPr>
                  </w:pPr>
                </w:p>
              </w:tc>
              <w:tc>
                <w:tcPr>
                  <w:tcW w:w="257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tcMar>
                    <w:top w:w="60" w:type="dxa"/>
                    <w:left w:w="80" w:type="dxa"/>
                    <w:bottom w:w="45" w:type="dxa"/>
                    <w:right w:w="65" w:type="dxa"/>
                  </w:tcMar>
                </w:tcPr>
                <w:p w14:paraId="787D01AD" w14:textId="77777777" w:rsidR="00753894" w:rsidRPr="00A87D31" w:rsidRDefault="00753894">
                  <w:pPr>
                    <w:spacing w:line="240" w:lineRule="auto"/>
                    <w:rPr>
                      <w:lang w:val="fr-FR"/>
                    </w:rPr>
                  </w:pPr>
                </w:p>
              </w:tc>
            </w:tr>
          </w:tbl>
          <w:p w14:paraId="62748432" w14:textId="77777777" w:rsidR="00753894" w:rsidRPr="00A87D31" w:rsidRDefault="00753894">
            <w:pPr>
              <w:rPr>
                <w:lang w:val="fr-FR"/>
              </w:rPr>
            </w:pPr>
          </w:p>
          <w:p w14:paraId="2B00524C" w14:textId="77777777" w:rsidR="00753894" w:rsidRPr="00A87D31" w:rsidRDefault="00000000">
            <w:pPr>
              <w:spacing w:before="260" w:after="120" w:line="240" w:lineRule="auto"/>
              <w:rPr>
                <w:lang w:val="fr-FR"/>
              </w:rPr>
            </w:pPr>
            <w:r w:rsidRPr="00A87D31">
              <w:rPr>
                <w:b/>
                <w:sz w:val="20"/>
                <w:lang w:val="fr-FR"/>
              </w:rPr>
              <w:t xml:space="preserve">École : </w:t>
            </w:r>
            <w:r w:rsidRPr="00A87D31">
              <w:rPr>
                <w:sz w:val="20"/>
                <w:lang w:val="fr-FR"/>
              </w:rPr>
              <w:t>_______________________</w:t>
            </w:r>
          </w:p>
          <w:p w14:paraId="4662092C" w14:textId="77777777" w:rsidR="00753894" w:rsidRDefault="00000000">
            <w:pPr>
              <w:spacing w:line="240" w:lineRule="auto"/>
            </w:pPr>
            <w:r>
              <w:rPr>
                <w:b/>
                <w:sz w:val="20"/>
              </w:rPr>
              <w:t xml:space="preserve">Commune : </w:t>
            </w:r>
            <w:r>
              <w:rPr>
                <w:sz w:val="20"/>
              </w:rPr>
              <w:t>___________________</w:t>
            </w:r>
          </w:p>
        </w:tc>
        <w:tc>
          <w:tcPr>
            <w:tcW w:w="3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57A" w14:textId="77777777" w:rsidR="00753894" w:rsidRDefault="00753894"/>
        </w:tc>
        <w:tc>
          <w:tcPr>
            <w:tcW w:w="9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0" w:type="dxa"/>
              <w:left w:w="165" w:type="dxa"/>
              <w:bottom w:w="110" w:type="dxa"/>
              <w:right w:w="165" w:type="dxa"/>
            </w:tcMar>
          </w:tcPr>
          <w:p w14:paraId="2E6CD0A7" w14:textId="77777777" w:rsidR="00753894" w:rsidRDefault="00000000">
            <w:pPr>
              <w:spacing w:after="160" w:line="240" w:lineRule="auto"/>
            </w:pPr>
            <w:r>
              <w:rPr>
                <w:b/>
                <w:sz w:val="23"/>
              </w:rPr>
              <w:t>Signalement :</w:t>
            </w:r>
          </w:p>
          <w:p w14:paraId="35BD881A" w14:textId="04D8A085" w:rsidR="00A87D31" w:rsidRDefault="00000000" w:rsidP="00A87D31">
            <w:pPr>
              <w:spacing w:after="260" w:line="240" w:lineRule="auto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7D31"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7D31">
              <w:t xml:space="preserve"> </w:t>
            </w:r>
            <w:r w:rsidR="00A87D31"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C589EC2" w14:textId="77777777" w:rsidR="00753894" w:rsidRDefault="00000000">
            <w:pPr>
              <w:spacing w:before="100" w:after="180" w:line="240" w:lineRule="auto"/>
            </w:pPr>
            <w:r>
              <w:rPr>
                <w:b/>
                <w:sz w:val="23"/>
              </w:rPr>
              <w:t>Suggestion(s) :</w:t>
            </w:r>
          </w:p>
          <w:p w14:paraId="29495157" w14:textId="08A74142" w:rsidR="00753894" w:rsidRDefault="00000000" w:rsidP="00A87D31">
            <w:pPr>
              <w:spacing w:after="260" w:line="240" w:lineRule="auto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7D31"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552DA0F" w14:textId="77777777" w:rsidR="00970B9D" w:rsidRDefault="00970B9D"/>
    <w:sectPr w:rsidR="00970B9D" w:rsidSect="00034616">
      <w:footerReference w:type="default" r:id="rId8"/>
      <w:pgSz w:w="16838" w:h="11906" w:orient="landscape"/>
      <w:pgMar w:top="635" w:right="709" w:bottom="652" w:left="709" w:header="227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71E6D" w14:textId="77777777" w:rsidR="00970B9D" w:rsidRDefault="00970B9D">
      <w:pPr>
        <w:spacing w:line="240" w:lineRule="auto"/>
      </w:pPr>
      <w:r>
        <w:separator/>
      </w:r>
    </w:p>
  </w:endnote>
  <w:endnote w:type="continuationSeparator" w:id="0">
    <w:p w14:paraId="6ABC5EB9" w14:textId="77777777" w:rsidR="00970B9D" w:rsidRDefault="00970B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F4F5" w14:textId="77777777" w:rsidR="00753894" w:rsidRDefault="00000000">
    <w:pPr>
      <w:pStyle w:val="Pieddepage"/>
      <w:jc w:val="center"/>
    </w:pPr>
    <w:r w:rsidRPr="00A87D31">
      <w:rPr>
        <w:color w:val="5A5A5A"/>
        <w:sz w:val="16"/>
        <w:lang w:val="fr-FR"/>
      </w:rPr>
      <w:t xml:space="preserve">Modèle éditable inspiré de l’ancienne fiche RSST papier du 1er degré (académie de Dijon). </w:t>
    </w:r>
    <w:r>
      <w:rPr>
        <w:color w:val="5A5A5A"/>
        <w:sz w:val="16"/>
      </w:rPr>
      <w:t xml:space="preserve">Mention « Personnel de </w:t>
    </w:r>
    <w:proofErr w:type="spellStart"/>
    <w:r>
      <w:rPr>
        <w:color w:val="5A5A5A"/>
        <w:sz w:val="16"/>
      </w:rPr>
      <w:t>l’Éducation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nationale</w:t>
    </w:r>
    <w:proofErr w:type="spellEnd"/>
    <w:r>
      <w:rPr>
        <w:color w:val="5A5A5A"/>
        <w:sz w:val="16"/>
      </w:rPr>
      <w:t xml:space="preserve"> » </w:t>
    </w:r>
    <w:proofErr w:type="spellStart"/>
    <w:r>
      <w:rPr>
        <w:color w:val="5A5A5A"/>
        <w:sz w:val="16"/>
      </w:rPr>
      <w:t>ajoutée</w:t>
    </w:r>
    <w:proofErr w:type="spellEnd"/>
    <w:r>
      <w:rPr>
        <w:color w:val="5A5A5A"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BFA5" w14:textId="77777777" w:rsidR="00970B9D" w:rsidRDefault="00970B9D">
      <w:pPr>
        <w:spacing w:line="240" w:lineRule="auto"/>
      </w:pPr>
      <w:r>
        <w:separator/>
      </w:r>
    </w:p>
  </w:footnote>
  <w:footnote w:type="continuationSeparator" w:id="0">
    <w:p w14:paraId="3AD21AC4" w14:textId="77777777" w:rsidR="00970B9D" w:rsidRDefault="00970B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632278">
    <w:abstractNumId w:val="8"/>
  </w:num>
  <w:num w:numId="2" w16cid:durableId="406654082">
    <w:abstractNumId w:val="6"/>
  </w:num>
  <w:num w:numId="3" w16cid:durableId="1942107131">
    <w:abstractNumId w:val="5"/>
  </w:num>
  <w:num w:numId="4" w16cid:durableId="980423945">
    <w:abstractNumId w:val="4"/>
  </w:num>
  <w:num w:numId="5" w16cid:durableId="1632247446">
    <w:abstractNumId w:val="7"/>
  </w:num>
  <w:num w:numId="6" w16cid:durableId="1196651028">
    <w:abstractNumId w:val="3"/>
  </w:num>
  <w:num w:numId="7" w16cid:durableId="1529642985">
    <w:abstractNumId w:val="2"/>
  </w:num>
  <w:num w:numId="8" w16cid:durableId="2136679510">
    <w:abstractNumId w:val="1"/>
  </w:num>
  <w:num w:numId="9" w16cid:durableId="182616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13D1"/>
    <w:rsid w:val="00595BC0"/>
    <w:rsid w:val="00753894"/>
    <w:rsid w:val="00970B9D"/>
    <w:rsid w:val="00A87D3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F5405"/>
  <w14:defaultImageDpi w14:val="300"/>
  <w15:docId w15:val="{5581FBC2-9B4C-4A69-8864-C7F052E6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720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RSST papier - modèle ancien académie de Dijon</dc:title>
  <dc:subject>Fiche de signalement santé sécurité au travail au premier degré</dc:subject>
  <dc:creator>PERROT Frédéric</dc:creator>
  <cp:keywords/>
  <dc:description>generated by python-docx</dc:description>
  <cp:lastModifiedBy>PERROT Frédéric</cp:lastModifiedBy>
  <cp:revision>2</cp:revision>
  <dcterms:created xsi:type="dcterms:W3CDTF">2026-11-06T14:34:00Z</dcterms:created>
  <dcterms:modified xsi:type="dcterms:W3CDTF">2026-11-06T14:34:00Z</dcterms:modified>
  <cp:category/>
</cp:coreProperties>
</file>